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54480" cy="15544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 HappyFishTanks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554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72"/>
          </w:tcPr>
          <w:p>
            <w:pPr>
              <w:jc w:val="center"/>
            </w:pPr>
            <w:r>
              <w:rPr>
                <w:b/>
                <w:color w:val="142B4A"/>
                <w:sz w:val="44"/>
              </w:rPr>
              <w:t>HAPPY FISH TANKS</w:t>
            </w:r>
            <w:r>
              <w:rPr>
                <w:b/>
                <w:color w:val="E85B20"/>
                <w:sz w:val="28"/>
              </w:rPr>
              <w:br/>
              <w:t>CLIENT AQUARIUM SERVICE REQUEST</w:t>
            </w:r>
          </w:p>
          <w:p>
            <w:pPr>
              <w:jc w:val="center"/>
            </w:pPr>
            <w:r>
              <w:rPr>
                <w:b/>
                <w:color w:val="0F5B93"/>
                <w:sz w:val="17"/>
              </w:rPr>
              <w:t>TELL US ABOUT YOUR AQUARIUM SO WE CAN UNDERSTAND HOW TO HELP.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HOW TO USE THIS FORM</w:t>
            </w:r>
          </w:p>
        </w:tc>
      </w:tr>
    </w:tbl>
    <w:p>
      <w:pPr>
        <w:jc w:val="center"/>
      </w:pPr>
      <w:r>
        <w:rPr>
          <w:i/>
          <w:color w:val="0F5B93"/>
          <w:sz w:val="16"/>
        </w:rPr>
        <w:t>Fill in as much information as you can. Save the completed form and email it to HappyFishTanks@outlook.com. You may also attach photos of your aquarium.</w:t>
      </w:r>
    </w:p>
    <w:p>
      <w:pPr>
        <w:jc w:val="center"/>
      </w:pPr>
      <w:r>
        <w:t>This client request form helps Happy Fish Tanks understand your aquarium before service is scheduled. The more details you provide, the better we can prepare for your visit.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1. CUSTOMER &amp; CONTACT INFORMATION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FULL NAME: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DATE SUBMITTED: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PHONE: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BEST TIME TO CONTACT: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EMAIL: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PREFERRED CONTACT: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Phone   ☐ Email   ☐ Text</w:t>
            </w:r>
          </w:p>
        </w:tc>
      </w:tr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SERVICE ADDRESS: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CITY / ZIP: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HOW DID YOU FIND US?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CURRENT CUSTOMER?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Yes   ☐ No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2. AQUARIUM INFORMATION</w:t>
            </w:r>
          </w:p>
        </w:tc>
      </w:tr>
    </w:tbl>
    <w:p>
      <w:pPr>
        <w:jc w:val="center"/>
      </w:pPr>
      <w:r>
        <w:rPr>
          <w:i/>
          <w:color w:val="0F5B93"/>
          <w:sz w:val="16"/>
        </w:rPr>
        <w:t>Tell us about the tank and its current condition.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TANK SIZE (GALLONS):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TANK TYPE: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Freshwater   ☐ Other</w:t>
            </w:r>
          </w:p>
        </w:tc>
      </w:tr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TANK LOCATION / ROOM: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HOW LONG HAS IT BEEN RUNNING?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</w:t>
            </w:r>
          </w:p>
        </w:tc>
      </w:tr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APPROX. NUMBER OF FISH: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LIVE PLANTS?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Yes   ☐ No   ☐ Not Sure</w:t>
            </w:r>
          </w:p>
        </w:tc>
      </w:tr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FILTER / EQUIPMENT: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LAST PROFESSIONAL CLEANING: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</w:t>
            </w:r>
          </w:p>
        </w:tc>
      </w:tr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LAST WATER CHANGE: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TANK CURRENTLY RUNNING?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Yes   ☐ No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3. WHAT DO YOU SEE? — CURRENT TANK CONDITION</w:t>
            </w:r>
          </w:p>
        </w:tc>
      </w:tr>
    </w:tbl>
    <w:p>
      <w:pPr>
        <w:jc w:val="center"/>
      </w:pPr>
      <w:r>
        <w:rPr>
          <w:i/>
          <w:color w:val="0F5B93"/>
          <w:sz w:val="16"/>
        </w:rPr>
        <w:t>Check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5472"/>
        <w:gridCol w:w="5472"/>
      </w:tblGrid>
      <w:tr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Cloudy / Dirty Water</w:t>
            </w:r>
          </w:p>
        </w:tc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Heavy Algae on Glass</w:t>
            </w:r>
          </w:p>
        </w:tc>
      </w:tr>
      <w:tr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Dirty Gravel / Substrate</w:t>
            </w:r>
          </w:p>
        </w:tc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Dirty Decorations</w:t>
            </w:r>
          </w:p>
        </w:tc>
      </w:tr>
      <w:tr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Filter Not Working Properly</w:t>
            </w:r>
          </w:p>
        </w:tc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Low Water Level</w:t>
            </w:r>
          </w:p>
        </w:tc>
      </w:tr>
      <w:tr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Bad Smell / Odor</w:t>
            </w:r>
          </w:p>
        </w:tc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Excess Waste</w:t>
            </w:r>
          </w:p>
        </w:tc>
      </w:tr>
      <w:tr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Dead Fish or Sick Fish</w:t>
            </w:r>
          </w:p>
        </w:tc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Fish Acting Unusual</w:t>
            </w:r>
          </w:p>
        </w:tc>
      </w:tr>
      <w:tr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Leaking Tank / Equipment</w:t>
            </w:r>
          </w:p>
        </w:tc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Broken Equipment</w:t>
            </w:r>
          </w:p>
        </w:tc>
      </w:tr>
      <w:tr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Plant Overgrowth / Trimming Needed</w:t>
            </w:r>
          </w:p>
        </w:tc>
        <w:tc>
          <w:tcPr>
            <w:tcW w:type="dxa" w:w="5472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General Tank Cleaning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4. WHAT SERVICE DO YOU NEED?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5472"/>
        <w:gridCol w:w="5472"/>
      </w:tblGrid>
      <w:tr>
        <w:tc>
          <w:tcPr>
            <w:tcW w:type="dxa" w:w="5472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General Aquarium Cleaning</w:t>
            </w:r>
          </w:p>
        </w:tc>
        <w:tc>
          <w:tcPr>
            <w:tcW w:type="dxa" w:w="5472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Deep Cleaning</w:t>
            </w:r>
          </w:p>
        </w:tc>
      </w:tr>
      <w:tr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Water Change</w:t>
            </w:r>
          </w:p>
        </w:tc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Gravel Vacuuming</w:t>
            </w:r>
          </w:p>
        </w:tc>
      </w:tr>
      <w:tr>
        <w:tc>
          <w:tcPr>
            <w:tcW w:type="dxa" w:w="5472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Algae Removal</w:t>
            </w:r>
          </w:p>
        </w:tc>
        <w:tc>
          <w:tcPr>
            <w:tcW w:type="dxa" w:w="5472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Filter Cleaning / Inspection</w:t>
            </w:r>
          </w:p>
        </w:tc>
      </w:tr>
      <w:tr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Water Testing</w:t>
            </w:r>
          </w:p>
        </w:tc>
        <w:tc>
          <w:tcPr>
            <w:tcW w:type="dxa" w:w="5472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Plant Trimming / Aquascaping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5. TELL US MORE ABOUT WHY YOU ARE REQUESTING SERVICE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10944"/>
      </w:tblGrid>
      <w:tr>
        <w:tc>
          <w:tcPr>
            <w:tcW w:type="dxa" w:w="10944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MAIN REASON FOR REQUESTING SERVICE:</w:t>
            </w:r>
          </w:p>
        </w:tc>
      </w:tr>
      <w:tr>
        <w:tc>
          <w:tcPr>
            <w:tcW w:type="dxa" w:w="10944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________________________________________________________________________________________________________</w:t>
            </w:r>
          </w:p>
        </w:tc>
      </w:tr>
      <w:tr>
        <w:tc>
          <w:tcPr>
            <w:tcW w:type="dxa" w:w="10944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________________________________________________________________________________________________________</w:t>
            </w:r>
          </w:p>
        </w:tc>
      </w:tr>
      <w:tr>
        <w:tc>
          <w:tcPr>
            <w:tcW w:type="dxa" w:w="10944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PROBLEMS, LEAKS, BROKEN ITEMS, FISH CONCERNS, OR OTHER ISSUES:</w:t>
            </w:r>
          </w:p>
        </w:tc>
      </w:tr>
      <w:tr>
        <w:tc>
          <w:tcPr>
            <w:tcW w:type="dxa" w:w="10944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________________________________________________________________________________________________________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6. PHOTOS (OPTIONAL BUT HELPFUL)</w:t>
            </w:r>
          </w:p>
        </w:tc>
      </w:tr>
    </w:tbl>
    <w:p>
      <w:pPr>
        <w:jc w:val="center"/>
      </w:pPr>
      <w:r>
        <w:t>If possible, attach recent photos of the full aquarium and any visible problem areas, equipment, algae, leaks, or fish concerns when you email this completed form.</w:t>
      </w:r>
    </w:p>
    <w:p>
      <w:pPr>
        <w:jc w:val="center"/>
      </w:pPr>
      <w:r>
        <w:t>☐ I will attach photos with my completed form.     ☐ I do not have photos at this time.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7. CHOOSE YOUR PREFERRED MAINTENANCE PLAN</w:t>
            </w:r>
          </w:p>
        </w:tc>
      </w:tr>
    </w:tbl>
    <w:p>
      <w:pPr>
        <w:jc w:val="center"/>
      </w:pPr>
      <w:r>
        <w:rPr>
          <w:i/>
          <w:color w:val="0F5B93"/>
          <w:sz w:val="16"/>
        </w:rPr>
        <w:t>Check the plan you are most interested in. Final pricing and service details may depend on aquarium size and condition.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</w:tcPr>
          <w:p>
            <w:pPr>
              <w:jc w:val="center"/>
            </w:pPr>
            <w:r>
              <w:rPr>
                <w:b/>
                <w:color w:val="1E73BE"/>
                <w:sz w:val="20"/>
              </w:rPr>
              <w:t>ESSENTIAL CARE</w:t>
            </w:r>
          </w:p>
          <w:p>
            <w:pPr>
              <w:jc w:val="center"/>
            </w:pPr>
            <w:r>
              <w:rPr>
                <w:color w:val="1E73BE"/>
                <w:sz w:val="36"/>
              </w:rPr>
              <w:t>☐</w:t>
            </w:r>
          </w:p>
          <w:p>
            <w:pPr>
              <w:jc w:val="center"/>
            </w:pPr>
            <w:r>
              <w:rPr>
                <w:b/>
                <w:color w:val="1E73BE"/>
                <w:sz w:val="14"/>
              </w:rPr>
              <w:t>ONE-TIME CLEANING</w:t>
            </w:r>
          </w:p>
          <w:p>
            <w:pPr>
              <w:jc w:val="center"/>
            </w:pPr>
            <w:r>
              <w:rPr>
                <w:b/>
                <w:color w:val="1E73BE"/>
                <w:sz w:val="18"/>
              </w:rPr>
              <w:t>Starting at: $65</w:t>
            </w:r>
          </w:p>
        </w:tc>
        <w:tc>
          <w:tcPr>
            <w:tcW w:type="dxa" w:w="2736"/>
          </w:tcPr>
          <w:p>
            <w:pPr>
              <w:jc w:val="center"/>
            </w:pPr>
            <w:r>
              <w:rPr>
                <w:b/>
                <w:color w:val="2E8B32"/>
                <w:sz w:val="20"/>
              </w:rPr>
              <w:t>ADVANCED CARE</w:t>
            </w:r>
          </w:p>
          <w:p>
            <w:pPr>
              <w:jc w:val="center"/>
            </w:pPr>
            <w:r>
              <w:rPr>
                <w:color w:val="2E8B32"/>
                <w:sz w:val="36"/>
              </w:rPr>
              <w:t>☐</w:t>
            </w:r>
          </w:p>
          <w:p>
            <w:pPr>
              <w:jc w:val="center"/>
            </w:pPr>
            <w:r>
              <w:rPr>
                <w:b/>
                <w:color w:val="2E8B32"/>
                <w:sz w:val="14"/>
              </w:rPr>
              <w:t>MONTHLY PLAN • 1 VISIT / MONTH</w:t>
            </w:r>
          </w:p>
          <w:p>
            <w:pPr>
              <w:jc w:val="center"/>
            </w:pPr>
            <w:r>
              <w:rPr>
                <w:b/>
                <w:color w:val="2E8B32"/>
                <w:sz w:val="18"/>
              </w:rPr>
              <w:t>Starting at: $119</w:t>
            </w:r>
          </w:p>
        </w:tc>
        <w:tc>
          <w:tcPr>
            <w:tcW w:type="dxa" w:w="2736"/>
          </w:tcPr>
          <w:p>
            <w:pPr>
              <w:jc w:val="center"/>
            </w:pPr>
            <w:r>
              <w:rPr>
                <w:b/>
                <w:color w:val="F36C21"/>
                <w:sz w:val="20"/>
              </w:rPr>
              <w:t>ULTIMATE CARE</w:t>
            </w:r>
          </w:p>
          <w:p>
            <w:pPr>
              <w:jc w:val="center"/>
            </w:pPr>
            <w:r>
              <w:rPr>
                <w:color w:val="F36C21"/>
                <w:sz w:val="36"/>
              </w:rPr>
              <w:t>☐</w:t>
            </w:r>
          </w:p>
          <w:p>
            <w:pPr>
              <w:jc w:val="center"/>
            </w:pPr>
            <w:r>
              <w:rPr>
                <w:b/>
                <w:color w:val="F36C21"/>
                <w:sz w:val="14"/>
              </w:rPr>
              <w:t>BI-WEEKLY PLAN • 2 VISITS / MONTH</w:t>
            </w:r>
          </w:p>
          <w:p>
            <w:pPr>
              <w:jc w:val="center"/>
            </w:pPr>
            <w:r>
              <w:rPr>
                <w:b/>
                <w:color w:val="F36C21"/>
                <w:sz w:val="18"/>
              </w:rPr>
              <w:t>Starting at: $199</w:t>
            </w:r>
          </w:p>
        </w:tc>
        <w:tc>
          <w:tcPr>
            <w:tcW w:type="dxa" w:w="2736"/>
          </w:tcPr>
          <w:p>
            <w:pPr>
              <w:jc w:val="center"/>
            </w:pPr>
            <w:r>
              <w:rPr>
                <w:b/>
                <w:color w:val="6F2C91"/>
                <w:sz w:val="20"/>
              </w:rPr>
              <w:t>CUSTOM SOLUTION</w:t>
            </w:r>
          </w:p>
          <w:p>
            <w:pPr>
              <w:jc w:val="center"/>
            </w:pPr>
            <w:r>
              <w:rPr>
                <w:color w:val="6F2C91"/>
                <w:sz w:val="36"/>
              </w:rPr>
              <w:t>☐</w:t>
            </w:r>
          </w:p>
          <w:p>
            <w:pPr>
              <w:jc w:val="center"/>
            </w:pPr>
            <w:r>
              <w:rPr>
                <w:b/>
                <w:color w:val="6F2C91"/>
                <w:sz w:val="14"/>
              </w:rPr>
              <w:t>DEEP CLEAN • ONE-TIME</w:t>
            </w:r>
          </w:p>
          <w:p>
            <w:pPr>
              <w:jc w:val="center"/>
            </w:pPr>
            <w:r>
              <w:rPr>
                <w:b/>
                <w:color w:val="6F2C91"/>
                <w:sz w:val="18"/>
              </w:rPr>
              <w:t>Starting at: $119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8. SERVICE &amp; SCHEDULING PREFERENCES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PREFERRED SERVICE DAY: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PREFERRED TIME: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HOW SOON?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Routine ☐ Soon ☐ Urgent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ARE YOU FLEXIBLE?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☐ Yes ☐ No</w:t>
            </w:r>
          </w:p>
        </w:tc>
      </w:tr>
      <w:tr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ACCESS / PARKING NOTES: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</w:t>
            </w:r>
          </w:p>
        </w:tc>
        <w:tc>
          <w:tcPr>
            <w:tcW w:type="dxa" w:w="2736"/>
            <w:shd w:fill="F7FAFC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OTHER NOTES: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10944"/>
      </w:tblGrid>
      <w:tr>
        <w:tc>
          <w:tcPr>
            <w:tcW w:type="dxa" w:w="10944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9. CUSTOMER SUBMISSION &amp; AUTHORIZATION</w:t>
            </w:r>
          </w:p>
        </w:tc>
      </w:tr>
    </w:tbl>
    <w:p>
      <w:pPr>
        <w:jc w:val="center"/>
      </w:pPr>
      <w:r>
        <w:rPr>
          <w:sz w:val="16"/>
        </w:rPr>
        <w:t>By submitting this completed form, I am requesting information or service from Happy Fish Tanks. I understand that this is a request for evaluation and does not guarantee an appointment or final price until Happy Fish Tanks reviews the aquarium information and confirms the service.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8C9D6"/>
          <w:left w:val="single" w:sz="8" w:color="B8C9D6"/>
          <w:bottom w:val="single" w:sz="8" w:color="B8C9D6"/>
          <w:right w:val="single" w:sz="8" w:color="B8C9D6"/>
          <w:insideH w:val="single" w:sz="8" w:color="B8C9D6"/>
          <w:insideV w:val="single" w:sz="8" w:color="B8C9D6"/>
        </w:tblBorders>
      </w:tblPr>
      <w:tblGrid>
        <w:gridCol w:w="2736"/>
        <w:gridCol w:w="2736"/>
        <w:gridCol w:w="2736"/>
        <w:gridCol w:w="2736"/>
      </w:tblGrid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PRINT NAME: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DATE: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  <w:tr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SIGNATURE: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________________________________</w:t>
            </w:r>
          </w:p>
        </w:tc>
        <w:tc>
          <w:tcPr>
            <w:tcW w:type="dxa" w:w="2736"/>
            <w:shd w:fill="EAF3F8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42B4A"/>
                <w:sz w:val="16"/>
              </w:rPr>
              <w:t>BEST CONTACT METHOD:</w:t>
            </w:r>
          </w:p>
        </w:tc>
        <w:tc>
          <w:tcPr>
            <w:tcW w:type="dxa" w:w="2736"/>
            <w:shd w:fill="FFFFFF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42B4A"/>
                <w:sz w:val="16"/>
              </w:rPr>
              <w:t>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8" w:color="F36C21"/>
          <w:left w:val="single" w:sz="8" w:color="F36C21"/>
          <w:bottom w:val="single" w:sz="8" w:color="F36C21"/>
          <w:right w:val="single" w:sz="8" w:color="F36C21"/>
          <w:insideH w:val="single" w:sz="8" w:color="F36C21"/>
          <w:insideV w:val="single" w:sz="8" w:color="F36C21"/>
        </w:tblBorders>
      </w:tblPr>
      <w:tblGrid>
        <w:gridCol w:w="10944"/>
      </w:tblGrid>
      <w:tr>
        <w:tc>
          <w:tcPr>
            <w:tcW w:type="dxa" w:w="10944"/>
            <w:shd w:fill="F36C21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THANK YOU FOR CONTACTING HAPPY FISH TANKS — WE LOOK FORWARD TO HELPING YOU ENJOY YOUR AQUARIUM!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63A5F"/>
          <w:left w:val="single" w:sz="8" w:color="163A5F"/>
          <w:bottom w:val="single" w:sz="8" w:color="163A5F"/>
          <w:right w:val="single" w:sz="8" w:color="163A5F"/>
          <w:insideH w:val="single" w:sz="8" w:color="163A5F"/>
          <w:insideV w:val="single" w:sz="8" w:color="163A5F"/>
        </w:tblBorders>
      </w:tblPr>
      <w:tblGrid>
        <w:gridCol w:w="3648"/>
        <w:gridCol w:w="3648"/>
        <w:gridCol w:w="3648"/>
      </w:tblGrid>
      <w:tr>
        <w:tc>
          <w:tcPr>
            <w:tcW w:type="dxa" w:w="3648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508-296-5544</w:t>
            </w:r>
          </w:p>
        </w:tc>
        <w:tc>
          <w:tcPr>
            <w:tcW w:type="dxa" w:w="3648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happyfishtanks.com</w:t>
            </w:r>
          </w:p>
        </w:tc>
        <w:tc>
          <w:tcPr>
            <w:tcW w:type="dxa" w:w="3648"/>
            <w:shd w:fill="163A5F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HappyFishTanks@outlook.com</w:t>
            </w:r>
          </w:p>
        </w:tc>
      </w:tr>
    </w:tbl>
    <w:sectPr w:rsidR="00FC693F" w:rsidRPr="0006063C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